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COVER LETTER</w:t>
      </w:r>
    </w:p>
    <w:p>
      <w:pPr>
        <w:spacing w:after="280"/>
        <w:jc w:val="center"/>
      </w:pPr>
      <w:r>
        <w:rPr>
          <w:color w:val="52617A"/>
        </w:rPr>
        <w:t>Professional job-application letter</w:t>
      </w:r>
    </w:p>
    <w:p>
      <w:r>
        <w:rPr>
          <w:b/>
          <w:color w:val="0647B8"/>
          <w:sz w:val="36"/>
        </w:rPr>
        <w:t>YOUR NAME</w:t>
      </w:r>
    </w:p>
    <w:p>
      <w:r>
        <w:t>Address | City, State ZIP | Phone | Email</w:t>
      </w:r>
    </w:p>
    <w:p>
      <w:r>
        <w:t>Date</w:t>
      </w:r>
    </w:p>
    <w:p>
      <w:r>
        <w:t>Hiring Manager</w:t>
        <w:br/>
        <w:t>Company Name</w:t>
        <w:br/>
        <w:t>Company Address</w:t>
        <w:br/>
        <w:t>City, State ZIP</w:t>
      </w:r>
    </w:p>
    <w:p>
      <w:r>
        <w:t>Dear Hiring Manager:</w:t>
      </w:r>
    </w:p>
    <w:p>
      <w:r>
        <w:t>Opening paragraph: State the position you are applying for and briefly explain why your background is a strong fit.</w:t>
      </w:r>
    </w:p>
    <w:p>
      <w:r>
        <w:t>Body paragraph: Highlight relevant experience, accomplishments, and skills that address the employer's needs.</w:t>
      </w:r>
    </w:p>
    <w:p>
      <w:r>
        <w:t>Closing paragraph: Reaffirm your interest, thank the reader, and invite further discussion.</w:t>
      </w:r>
    </w:p>
    <w:p>
      <w:r>
        <w:t>Sincerely,</w:t>
        <w:br/>
        <w:br/>
        <w:t>YOUR NAME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