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0647B8"/>
          <w:sz w:val="44"/>
        </w:rPr>
        <w:t>WEEKLY MEAL PLANNER</w:t>
      </w:r>
    </w:p>
    <w:p>
      <w:pPr>
        <w:spacing w:after="280"/>
        <w:jc w:val="center"/>
      </w:pPr>
      <w:r>
        <w:rPr>
          <w:color w:val="52617A"/>
        </w:rPr>
        <w:t>Plan meals, preparation, and grocery needs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  <w:shd w:fill="EAF2FF"/>
          </w:tcPr>
          <w:p>
            <w:r>
              <w:t>Week Beginning</w:t>
            </w:r>
          </w:p>
        </w:tc>
        <w:tc>
          <w:tcPr>
            <w:tcW w:type="dxa" w:w="5184"/>
          </w:tcPr>
          <w:p>
            <w:r/>
          </w:p>
        </w:tc>
      </w:tr>
      <w:tr>
        <w:tc>
          <w:tcPr>
            <w:tcW w:type="dxa" w:w="5184"/>
            <w:shd w:fill="EAF2FF"/>
          </w:tcPr>
          <w:p>
            <w:r>
              <w:t>Main Goal or Notes</w:t>
            </w:r>
          </w:p>
        </w:tc>
        <w:tc>
          <w:tcPr>
            <w:tcW w:type="dxa" w:w="5184"/>
          </w:tcPr>
          <w:p>
            <w:r/>
          </w:p>
        </w:tc>
      </w:tr>
    </w:tbl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592"/>
        <w:gridCol w:w="2592"/>
        <w:gridCol w:w="2592"/>
        <w:gridCol w:w="2592"/>
      </w:tblGrid>
      <w:tr>
        <w:tc>
          <w:tcPr>
            <w:tcW w:type="dxa" w:w="2592"/>
            <w:shd w:fill="0647B8"/>
          </w:tcPr>
          <w:p>
            <w:r>
              <w:rPr>
                <w:b/>
                <w:color w:val="FFFFFF"/>
              </w:rPr>
              <w:t>DAY</w:t>
            </w:r>
          </w:p>
        </w:tc>
        <w:tc>
          <w:tcPr>
            <w:tcW w:type="dxa" w:w="2592"/>
            <w:shd w:fill="0647B8"/>
          </w:tcPr>
          <w:p>
            <w:r>
              <w:rPr>
                <w:b/>
                <w:color w:val="FFFFFF"/>
              </w:rPr>
              <w:t>BREAKFAST</w:t>
            </w:r>
          </w:p>
        </w:tc>
        <w:tc>
          <w:tcPr>
            <w:tcW w:type="dxa" w:w="2592"/>
            <w:shd w:fill="0647B8"/>
          </w:tcPr>
          <w:p>
            <w:r>
              <w:rPr>
                <w:b/>
                <w:color w:val="FFFFFF"/>
              </w:rPr>
              <w:t>LUNCH</w:t>
            </w:r>
          </w:p>
        </w:tc>
        <w:tc>
          <w:tcPr>
            <w:tcW w:type="dxa" w:w="2592"/>
            <w:shd w:fill="0647B8"/>
          </w:tcPr>
          <w:p>
            <w:r>
              <w:rPr>
                <w:b/>
                <w:color w:val="FFFFFF"/>
              </w:rPr>
              <w:t>DINNER</w:t>
            </w:r>
          </w:p>
        </w:tc>
      </w:tr>
      <w:tr>
        <w:tc>
          <w:tcPr>
            <w:tcW w:type="dxa" w:w="2592"/>
          </w:tcPr>
          <w:p>
            <w:r>
              <w:t>Monday</w:t>
            </w:r>
          </w:p>
        </w:tc>
        <w:tc>
          <w:tcPr>
            <w:tcW w:type="dxa" w:w="2592"/>
          </w:tcPr>
          <w:p>
            <w:r/>
          </w:p>
        </w:tc>
        <w:tc>
          <w:tcPr>
            <w:tcW w:type="dxa" w:w="2592"/>
          </w:tcPr>
          <w:p>
            <w:r/>
          </w:p>
        </w:tc>
        <w:tc>
          <w:tcPr>
            <w:tcW w:type="dxa" w:w="2592"/>
          </w:tcPr>
          <w:p>
            <w:r/>
          </w:p>
        </w:tc>
      </w:tr>
      <w:tr>
        <w:tc>
          <w:tcPr>
            <w:tcW w:type="dxa" w:w="2592"/>
          </w:tcPr>
          <w:p>
            <w:r>
              <w:t>Tuesday</w:t>
            </w:r>
          </w:p>
        </w:tc>
        <w:tc>
          <w:tcPr>
            <w:tcW w:type="dxa" w:w="2592"/>
          </w:tcPr>
          <w:p>
            <w:r/>
          </w:p>
        </w:tc>
        <w:tc>
          <w:tcPr>
            <w:tcW w:type="dxa" w:w="2592"/>
          </w:tcPr>
          <w:p>
            <w:r/>
          </w:p>
        </w:tc>
        <w:tc>
          <w:tcPr>
            <w:tcW w:type="dxa" w:w="2592"/>
          </w:tcPr>
          <w:p>
            <w:r/>
          </w:p>
        </w:tc>
      </w:tr>
      <w:tr>
        <w:tc>
          <w:tcPr>
            <w:tcW w:type="dxa" w:w="2592"/>
          </w:tcPr>
          <w:p>
            <w:r>
              <w:t>Wednesday</w:t>
            </w:r>
          </w:p>
        </w:tc>
        <w:tc>
          <w:tcPr>
            <w:tcW w:type="dxa" w:w="2592"/>
          </w:tcPr>
          <w:p>
            <w:r/>
          </w:p>
        </w:tc>
        <w:tc>
          <w:tcPr>
            <w:tcW w:type="dxa" w:w="2592"/>
          </w:tcPr>
          <w:p>
            <w:r/>
          </w:p>
        </w:tc>
        <w:tc>
          <w:tcPr>
            <w:tcW w:type="dxa" w:w="2592"/>
          </w:tcPr>
          <w:p>
            <w:r/>
          </w:p>
        </w:tc>
      </w:tr>
      <w:tr>
        <w:tc>
          <w:tcPr>
            <w:tcW w:type="dxa" w:w="2592"/>
          </w:tcPr>
          <w:p>
            <w:r>
              <w:t>Thursday</w:t>
            </w:r>
          </w:p>
        </w:tc>
        <w:tc>
          <w:tcPr>
            <w:tcW w:type="dxa" w:w="2592"/>
          </w:tcPr>
          <w:p>
            <w:r/>
          </w:p>
        </w:tc>
        <w:tc>
          <w:tcPr>
            <w:tcW w:type="dxa" w:w="2592"/>
          </w:tcPr>
          <w:p>
            <w:r/>
          </w:p>
        </w:tc>
        <w:tc>
          <w:tcPr>
            <w:tcW w:type="dxa" w:w="2592"/>
          </w:tcPr>
          <w:p>
            <w:r/>
          </w:p>
        </w:tc>
      </w:tr>
      <w:tr>
        <w:tc>
          <w:tcPr>
            <w:tcW w:type="dxa" w:w="2592"/>
          </w:tcPr>
          <w:p>
            <w:r>
              <w:t>Friday</w:t>
            </w:r>
          </w:p>
        </w:tc>
        <w:tc>
          <w:tcPr>
            <w:tcW w:type="dxa" w:w="2592"/>
          </w:tcPr>
          <w:p>
            <w:r/>
          </w:p>
        </w:tc>
        <w:tc>
          <w:tcPr>
            <w:tcW w:type="dxa" w:w="2592"/>
          </w:tcPr>
          <w:p>
            <w:r/>
          </w:p>
        </w:tc>
        <w:tc>
          <w:tcPr>
            <w:tcW w:type="dxa" w:w="2592"/>
          </w:tcPr>
          <w:p>
            <w:r/>
          </w:p>
        </w:tc>
      </w:tr>
      <w:tr>
        <w:tc>
          <w:tcPr>
            <w:tcW w:type="dxa" w:w="2592"/>
          </w:tcPr>
          <w:p>
            <w:r>
              <w:t>Saturday</w:t>
            </w:r>
          </w:p>
        </w:tc>
        <w:tc>
          <w:tcPr>
            <w:tcW w:type="dxa" w:w="2592"/>
          </w:tcPr>
          <w:p>
            <w:r/>
          </w:p>
        </w:tc>
        <w:tc>
          <w:tcPr>
            <w:tcW w:type="dxa" w:w="2592"/>
          </w:tcPr>
          <w:p>
            <w:r/>
          </w:p>
        </w:tc>
        <w:tc>
          <w:tcPr>
            <w:tcW w:type="dxa" w:w="2592"/>
          </w:tcPr>
          <w:p>
            <w:r/>
          </w:p>
        </w:tc>
      </w:tr>
      <w:tr>
        <w:tc>
          <w:tcPr>
            <w:tcW w:type="dxa" w:w="2592"/>
          </w:tcPr>
          <w:p>
            <w:r>
              <w:t>Sunday</w:t>
            </w:r>
          </w:p>
        </w:tc>
        <w:tc>
          <w:tcPr>
            <w:tcW w:type="dxa" w:w="2592"/>
          </w:tcPr>
          <w:p>
            <w:r/>
          </w:p>
        </w:tc>
        <w:tc>
          <w:tcPr>
            <w:tcW w:type="dxa" w:w="2592"/>
          </w:tcPr>
          <w:p>
            <w:r/>
          </w:p>
        </w:tc>
        <w:tc>
          <w:tcPr>
            <w:tcW w:type="dxa" w:w="2592"/>
          </w:tcPr>
          <w:p>
            <w:r/>
          </w:p>
        </w:tc>
      </w:tr>
    </w:tbl>
    <w:p>
      <w:pPr>
        <w:pStyle w:val="Heading2"/>
      </w:pPr>
      <w:r>
        <w:t>Preparation Notes</w:t>
      </w:r>
    </w:p>
    <w:p>
      <w:r>
        <w:br/>
        <w:br/>
      </w:r>
    </w:p>
    <w:p>
      <w:pPr>
        <w:pStyle w:val="Heading2"/>
      </w:pPr>
      <w:r>
        <w:t>Grocery List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456"/>
            <w:shd w:fill="EAF2FF"/>
          </w:tcPr>
          <w:p>
            <w:r>
              <w:t>PRODUCE</w:t>
            </w:r>
          </w:p>
        </w:tc>
        <w:tc>
          <w:tcPr>
            <w:tcW w:type="dxa" w:w="3456"/>
            <w:shd w:fill="EAF2FF"/>
          </w:tcPr>
          <w:p>
            <w:r>
              <w:t>PANTRY / DRY</w:t>
            </w:r>
          </w:p>
        </w:tc>
        <w:tc>
          <w:tcPr>
            <w:tcW w:type="dxa" w:w="3456"/>
            <w:shd w:fill="EAF2FF"/>
          </w:tcPr>
          <w:p>
            <w:r>
              <w:t>REFRIGERATED / OTHER</w:t>
            </w:r>
          </w:p>
        </w:tc>
      </w:tr>
      <w:tr>
        <w:tc>
          <w:tcPr>
            <w:tcW w:type="dxa" w:w="3456"/>
          </w:tcPr>
          <w:p/>
        </w:tc>
        <w:tc>
          <w:tcPr>
            <w:tcW w:type="dxa" w:w="3456"/>
          </w:tcPr>
          <w:p/>
        </w:tc>
        <w:tc>
          <w:tcPr>
            <w:tcW w:type="dxa" w:w="3456"/>
          </w:tcPr>
          <w:p/>
        </w:tc>
      </w:tr>
      <w:tr>
        <w:tc>
          <w:tcPr>
            <w:tcW w:type="dxa" w:w="3456"/>
          </w:tcPr>
          <w:p/>
        </w:tc>
        <w:tc>
          <w:tcPr>
            <w:tcW w:type="dxa" w:w="3456"/>
          </w:tcPr>
          <w:p/>
        </w:tc>
        <w:tc>
          <w:tcPr>
            <w:tcW w:type="dxa" w:w="3456"/>
          </w:tcPr>
          <w:p/>
        </w:tc>
      </w:tr>
      <w:tr>
        <w:tc>
          <w:tcPr>
            <w:tcW w:type="dxa" w:w="3456"/>
          </w:tcPr>
          <w:p/>
        </w:tc>
        <w:tc>
          <w:tcPr>
            <w:tcW w:type="dxa" w:w="3456"/>
          </w:tcPr>
          <w:p/>
        </w:tc>
        <w:tc>
          <w:tcPr>
            <w:tcW w:type="dxa" w:w="3456"/>
          </w:tcPr>
          <w:p/>
        </w:tc>
      </w:tr>
      <w:tr>
        <w:tc>
          <w:tcPr>
            <w:tcW w:type="dxa" w:w="3456"/>
          </w:tcPr>
          <w:p/>
        </w:tc>
        <w:tc>
          <w:tcPr>
            <w:tcW w:type="dxa" w:w="3456"/>
          </w:tcPr>
          <w:p/>
        </w:tc>
        <w:tc>
          <w:tcPr>
            <w:tcW w:type="dxa" w:w="3456"/>
          </w:tcPr>
          <w:p/>
        </w:tc>
      </w:tr>
      <w:tr>
        <w:tc>
          <w:tcPr>
            <w:tcW w:type="dxa" w:w="3456"/>
          </w:tcPr>
          <w:p/>
        </w:tc>
        <w:tc>
          <w:tcPr>
            <w:tcW w:type="dxa" w:w="3456"/>
          </w:tcPr>
          <w:p/>
        </w:tc>
        <w:tc>
          <w:tcPr>
            <w:tcW w:type="dxa" w:w="3456"/>
          </w:tcPr>
          <w:p/>
        </w:tc>
      </w:tr>
    </w:tbl>
    <w:sectPr w:rsidR="00FC693F" w:rsidRPr="0006063C" w:rsidSect="00034616">
      <w:footerReference w:type="default" r:id="rId9"/>
      <w:pgSz w:w="12240" w:h="15840"/>
      <w:pgMar w:top="792" w:right="936" w:bottom="792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sz w:val="16"/>
      </w:rPr>
      <w:t>AblePro Templates - Weekly Meal Planner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