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8"/>
        </w:rPr>
        <w:t>YOUR NAME</w:t>
      </w:r>
    </w:p>
    <w:p>
      <w:pPr>
        <w:jc w:val="center"/>
      </w:pPr>
      <w:r>
        <w:t>Professional Headline | City, State | email@example.com | (555) 555-5555</w:t>
      </w:r>
    </w:p>
    <w:p>
      <w:pPr>
        <w:spacing w:before="160" w:after="60"/>
      </w:pPr>
      <w:r>
        <w:rPr>
          <w:b/>
          <w:color w:val="0647B8"/>
        </w:rPr>
        <w:t>PROFESSIONAL SUMMARY</w:t>
      </w:r>
    </w:p>
    <w:p>
      <w:r>
        <w:t>Write a concise summary of your background, strengths, and target role.</w:t>
      </w:r>
    </w:p>
    <w:p>
      <w:pPr>
        <w:spacing w:before="160" w:after="60"/>
      </w:pPr>
      <w:r>
        <w:rPr>
          <w:b/>
          <w:color w:val="0647B8"/>
        </w:rPr>
        <w:t>EXPERIENCE</w:t>
      </w:r>
    </w:p>
    <w:p>
      <w:r>
        <w:t>Job Title - Company | Dates</w:t>
        <w:br/>
        <w:t>- Achievement or responsibility with measurable results.</w:t>
        <w:br/>
        <w:t>- Achievement or responsibility with measurable results.</w:t>
      </w:r>
    </w:p>
    <w:p>
      <w:pPr>
        <w:spacing w:before="160" w:after="60"/>
      </w:pPr>
      <w:r>
        <w:rPr>
          <w:b/>
          <w:color w:val="0647B8"/>
        </w:rPr>
        <w:t>EDUCATION</w:t>
      </w:r>
    </w:p>
    <w:p>
      <w:r>
        <w:t>Degree or Program - School | Year</w:t>
      </w:r>
    </w:p>
    <w:p>
      <w:pPr>
        <w:spacing w:before="160" w:after="60"/>
      </w:pPr>
      <w:r>
        <w:rPr>
          <w:b/>
          <w:color w:val="0647B8"/>
        </w:rPr>
        <w:t>SKILLS</w:t>
      </w:r>
    </w:p>
    <w:p>
      <w:r>
        <w:t>Skill 1 | Skill 2 | Skill 3 | Skill 4</w:t>
      </w:r>
    </w:p>
    <w:p>
      <w:pPr>
        <w:spacing w:before="160" w:after="60"/>
      </w:pPr>
      <w:r>
        <w:rPr>
          <w:b/>
          <w:color w:val="0647B8"/>
        </w:rPr>
        <w:t>CERTIFICATIONS</w:t>
      </w:r>
    </w:p>
    <w:p>
      <w:r>
        <w:t>Certification - Issuer | Year</w:t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AblePro Templates - Modern Resume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