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0647B8"/>
          <w:sz w:val="42"/>
        </w:rPr>
        <w:t>PERFORMANCE REVIEW</w:t>
      </w:r>
    </w:p>
    <w:p>
      <w:pPr>
        <w:spacing w:after="240"/>
        <w:jc w:val="center"/>
      </w:pPr>
      <w:r>
        <w:rPr>
          <w:color w:val="52617A"/>
        </w:rPr>
        <w:t>Employee performance discussion and development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F"/>
          </w:tcPr>
          <w:p>
            <w:r>
              <w:t>Employee Name</w:t>
              <w:br/>
            </w:r>
          </w:p>
        </w:tc>
        <w:tc>
          <w:tcPr>
            <w:tcW w:type="dxa" w:w="5184"/>
            <w:shd w:fill="EAF2FF"/>
          </w:tcPr>
          <w:p>
            <w:r>
              <w:t>Review Period</w:t>
              <w:br/>
            </w:r>
          </w:p>
        </w:tc>
      </w:tr>
      <w:tr>
        <w:tc>
          <w:tcPr>
            <w:tcW w:type="dxa" w:w="5184"/>
            <w:shd w:fill="EAF2FF"/>
          </w:tcPr>
          <w:p>
            <w:r>
              <w:t>Job Title</w:t>
              <w:br/>
            </w:r>
          </w:p>
        </w:tc>
        <w:tc>
          <w:tcPr>
            <w:tcW w:type="dxa" w:w="5184"/>
            <w:shd w:fill="EAF2FF"/>
          </w:tcPr>
          <w:p>
            <w:r>
              <w:t>Manager</w:t>
              <w:br/>
            </w:r>
          </w:p>
        </w:tc>
      </w:tr>
      <w:tr>
        <w:tc>
          <w:tcPr>
            <w:tcW w:type="dxa" w:w="5184"/>
            <w:shd w:fill="EAF2FF"/>
          </w:tcPr>
          <w:p>
            <w:r>
              <w:t>Review Date</w:t>
              <w:br/>
            </w:r>
          </w:p>
        </w:tc>
        <w:tc>
          <w:tcPr>
            <w:tcW w:type="dxa" w:w="5184"/>
            <w:shd w:fill="EAF2FF"/>
          </w:tcPr>
          <w:p>
            <w:r>
              <w:t>Overall Rating</w:t>
              <w:br/>
            </w:r>
          </w:p>
        </w:tc>
      </w:tr>
    </w:tbl>
    <w:p>
      <w:pPr>
        <w:pStyle w:val="Heading2"/>
      </w:pPr>
      <w:r>
        <w:t>Performance Ratings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0647B8"/>
          </w:tcPr>
          <w:p>
            <w:r>
              <w:rPr>
                <w:b/>
                <w:color w:val="FFFFFF"/>
                <w:sz w:val="16"/>
              </w:rPr>
              <w:t>AREA</w:t>
            </w:r>
          </w:p>
        </w:tc>
        <w:tc>
          <w:tcPr>
            <w:tcW w:type="dxa" w:w="2592"/>
            <w:shd w:fill="0647B8"/>
          </w:tcPr>
          <w:p>
            <w:r>
              <w:rPr>
                <w:b/>
                <w:color w:val="FFFFFF"/>
                <w:sz w:val="16"/>
              </w:rPr>
              <w:t>RATING</w:t>
            </w:r>
          </w:p>
        </w:tc>
        <w:tc>
          <w:tcPr>
            <w:tcW w:type="dxa" w:w="2592"/>
            <w:shd w:fill="0647B8"/>
          </w:tcPr>
          <w:p>
            <w:r>
              <w:rPr>
                <w:b/>
                <w:color w:val="FFFFFF"/>
                <w:sz w:val="16"/>
              </w:rPr>
              <w:t>COMMENTS</w:t>
            </w:r>
          </w:p>
        </w:tc>
        <w:tc>
          <w:tcPr>
            <w:tcW w:type="dxa" w:w="2592"/>
            <w:shd w:fill="0647B8"/>
          </w:tcPr>
          <w:p>
            <w:r>
              <w:rPr>
                <w:b/>
                <w:color w:val="FFFFFF"/>
                <w:sz w:val="16"/>
              </w:rPr>
              <w:t>GOAL</w:t>
            </w:r>
          </w:p>
        </w:tc>
      </w:tr>
      <w:tr>
        <w:tc>
          <w:tcPr>
            <w:tcW w:type="dxa" w:w="2592"/>
          </w:tcPr>
          <w:p>
            <w:r>
              <w:t>Quality of work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Productivity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Communication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Reliability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Teamwork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Customer service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Initiative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</w:tbl>
    <w:p>
      <w:pPr>
        <w:pStyle w:val="Heading2"/>
      </w:pPr>
      <w:r>
        <w:t>Summary and Development</w:t>
      </w:r>
    </w:p>
    <w:p>
      <w:r>
        <w:t>Key strengths:</w:t>
        <w:br/>
        <w:br/>
      </w:r>
    </w:p>
    <w:p>
      <w:r>
        <w:t>Areas for improvement:</w:t>
        <w:br/>
        <w:br/>
      </w:r>
    </w:p>
    <w:p>
      <w:r>
        <w:t>Development actions:</w:t>
        <w:br/>
        <w:br/>
      </w:r>
    </w:p>
    <w:p>
      <w:r>
        <w:t>Goals for next period:</w:t>
        <w:br/>
        <w:br/>
      </w:r>
    </w:p>
    <w:p>
      <w:r>
        <w:t>Employee comments:</w:t>
        <w:br/>
        <w:br/>
      </w:r>
    </w:p>
    <w:p>
      <w:r>
        <w:t>Employee Signature: __________________  Date: ________</w:t>
        <w:br/>
        <w:t>Manager Signature: ___________________  Date: ________</w:t>
      </w:r>
    </w:p>
    <w:sectPr w:rsidR="00FC693F" w:rsidRPr="0006063C" w:rsidSect="00034616">
      <w:footerReference w:type="default" r:id="rId9"/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>AblePro Templates - Performance Review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