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768"/>
        <w:gridCol w:w="3456"/>
      </w:tblGrid>
      <w:tr>
        <w:tc>
          <w:tcPr>
            <w:tcW w:type="dxa" w:w="5184"/>
          </w:tcPr>
          <w:p>
            <w:r>
              <w:rPr>
                <w:b/>
                <w:color w:val="0647B8"/>
                <w:sz w:val="40"/>
              </w:rPr>
              <w:t>YOUR COMPANY</w:t>
            </w:r>
          </w:p>
          <w:p>
            <w:pPr>
              <w:spacing w:after="0"/>
            </w:pPr>
            <w:r>
              <w:t>123 Business Street</w:t>
              <w:br/>
              <w:t>City, State 00000</w:t>
              <w:br/>
              <w:t>(555) 555-5555 | billing@example.com</w:t>
            </w:r>
          </w:p>
        </w:tc>
        <w:tc>
          <w:tcPr>
            <w:tcW w:type="dxa" w:w="5184"/>
            <w:shd w:fill="0647B8"/>
          </w:tcPr>
          <w:p>
            <w:pPr>
              <w:jc w:val="center"/>
            </w:pPr>
            <w:r>
              <w:rPr>
                <w:b/>
                <w:color w:val="FFFFFF"/>
                <w:sz w:val="44"/>
              </w:rPr>
              <w:t>INVOICE</w:t>
            </w:r>
          </w:p>
          <w:p>
            <w:pPr>
              <w:jc w:val="center"/>
            </w:pPr>
            <w:r>
              <w:rPr>
                <w:color w:val="FFFFFF"/>
              </w:rPr>
              <w:t>Invoice #: 1001</w:t>
              <w:br/>
              <w:t>Date: __________</w:t>
              <w:br/>
              <w:t>Due: __________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rPr>
                <w:b/>
                <w:color w:val="0647B8"/>
              </w:rPr>
              <w:t>BILL TO</w:t>
            </w:r>
          </w:p>
        </w:tc>
        <w:tc>
          <w:tcPr>
            <w:tcW w:type="dxa" w:w="5184"/>
            <w:shd w:fill="EAF2FF"/>
          </w:tcPr>
          <w:p>
            <w:r>
              <w:rPr>
                <w:b/>
                <w:color w:val="0647B8"/>
              </w:rPr>
              <w:t>PAYMENT INFORMATION</w:t>
            </w:r>
          </w:p>
        </w:tc>
      </w:tr>
      <w:tr>
        <w:tc>
          <w:tcPr>
            <w:tcW w:type="dxa" w:w="5184"/>
          </w:tcPr>
          <w:p>
            <w:r>
              <w:t>Client Name</w:t>
              <w:br/>
              <w:t>Company</w:t>
              <w:br/>
              <w:t>Address</w:t>
              <w:br/>
              <w:t>City, State ZIP</w:t>
            </w:r>
          </w:p>
        </w:tc>
        <w:tc>
          <w:tcPr>
            <w:tcW w:type="dxa" w:w="5184"/>
          </w:tcPr>
          <w:p>
            <w:r>
              <w:t>Payment method: __________</w:t>
              <w:br/>
              <w:t>Reference: __________</w:t>
              <w:br/>
              <w:t>Terms: Net 15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0647B8"/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type="dxa" w:w="2074"/>
            <w:shd w:fill="0647B8"/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QTY</w:t>
            </w:r>
          </w:p>
        </w:tc>
        <w:tc>
          <w:tcPr>
            <w:tcW w:type="dxa" w:w="2074"/>
            <w:shd w:fill="0647B8"/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RATE</w:t>
            </w:r>
          </w:p>
        </w:tc>
        <w:tc>
          <w:tcPr>
            <w:tcW w:type="dxa" w:w="2074"/>
            <w:shd w:fill="0647B8"/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TAX</w:t>
            </w:r>
          </w:p>
        </w:tc>
        <w:tc>
          <w:tcPr>
            <w:tcW w:type="dxa" w:w="2074"/>
            <w:shd w:fill="0647B8"/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AMOUNT</w:t>
            </w:r>
          </w:p>
        </w:tc>
      </w:tr>
      <w:tr>
        <w:tc>
          <w:tcPr>
            <w:tcW w:type="dxa" w:w="2074"/>
          </w:tcPr>
          <w:p>
            <w:r>
              <w:t>Service or product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or product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or product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or product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or product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or product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2160"/>
        <w:gridCol w:w="2016"/>
      </w:tblGrid>
      <w:tr>
        <w:tc>
          <w:tcPr>
            <w:tcW w:type="dxa" w:w="5184"/>
          </w:tcPr>
          <w:p>
            <w:r>
              <w:t>Subtotal</w:t>
            </w:r>
          </w:p>
        </w:tc>
        <w:tc>
          <w:tcPr>
            <w:tcW w:type="dxa" w:w="5184"/>
          </w:tcPr>
          <w:p>
            <w:pPr>
              <w:jc w:val="right"/>
            </w:pPr>
            <w:r>
              <w:t>$0.00</w:t>
            </w:r>
          </w:p>
        </w:tc>
      </w:tr>
      <w:tr>
        <w:tc>
          <w:tcPr>
            <w:tcW w:type="dxa" w:w="5184"/>
          </w:tcPr>
          <w:p>
            <w:r>
              <w:t>Tax</w:t>
            </w:r>
          </w:p>
        </w:tc>
        <w:tc>
          <w:tcPr>
            <w:tcW w:type="dxa" w:w="5184"/>
          </w:tcPr>
          <w:p>
            <w:pPr>
              <w:jc w:val="right"/>
            </w:pPr>
            <w:r>
              <w:t>$0.00</w:t>
            </w:r>
          </w:p>
        </w:tc>
      </w:tr>
      <w:tr>
        <w:tc>
          <w:tcPr>
            <w:tcW w:type="dxa" w:w="5184"/>
          </w:tcPr>
          <w:p>
            <w:r>
              <w:t>Discount</w:t>
            </w:r>
          </w:p>
        </w:tc>
        <w:tc>
          <w:tcPr>
            <w:tcW w:type="dxa" w:w="5184"/>
          </w:tcPr>
          <w:p>
            <w:pPr>
              <w:jc w:val="right"/>
            </w:pPr>
            <w:r>
              <w:t>$0.00</w:t>
            </w:r>
          </w:p>
        </w:tc>
      </w:tr>
      <w:tr>
        <w:tc>
          <w:tcPr>
            <w:tcW w:type="dxa" w:w="5184"/>
            <w:shd w:fill="0647B8"/>
          </w:tcPr>
          <w:p>
            <w:r>
              <w:rPr>
                <w:b/>
                <w:color w:val="FFFFFF"/>
              </w:rPr>
              <w:t>TOTAL</w:t>
            </w:r>
          </w:p>
        </w:tc>
        <w:tc>
          <w:tcPr>
            <w:tcW w:type="dxa" w:w="5184"/>
            <w:shd w:fill="0647B8"/>
          </w:tcPr>
          <w:p>
            <w:pPr>
              <w:jc w:val="right"/>
            </w:pPr>
            <w:r>
              <w:rPr>
                <w:b/>
                <w:color w:val="FFFFFF"/>
              </w:rPr>
              <w:t>$0.00</w:t>
            </w:r>
          </w:p>
        </w:tc>
      </w:tr>
    </w:tbl>
    <w:p/>
    <w:p>
      <w:r>
        <w:rPr>
          <w:b/>
          <w:color w:val="0647B8"/>
        </w:rPr>
        <w:t>Notes</w:t>
      </w:r>
    </w:p>
    <w:p>
      <w:r>
        <w:t>Thank you for your business. Add payment instructions, warranty information, or other terms here.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AblePro Templates - Professional Invoice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