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647B8"/>
          <w:sz w:val="44"/>
        </w:rPr>
        <w:t>PROJECT STATUS REPORT</w:t>
      </w:r>
    </w:p>
    <w:p>
      <w:pPr>
        <w:jc w:val="center"/>
      </w:pPr>
      <w:r>
        <w:rPr>
          <w:i/>
        </w:rPr>
        <w:t>Editable AblePro Template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shd w:fill="EAF2FF"/>
          </w:tcPr>
          <w:p>
            <w:r>
              <w:t>Project</w:t>
            </w:r>
          </w:p>
        </w:tc>
        <w:tc>
          <w:tcPr>
            <w:tcW w:type="dxa" w:w="2592"/>
          </w:tcPr>
          <w:p>
            <w:r>
              <w:t>Project Name</w:t>
            </w:r>
          </w:p>
        </w:tc>
        <w:tc>
          <w:tcPr>
            <w:tcW w:type="dxa" w:w="2592"/>
            <w:shd w:fill="EAF2FF"/>
          </w:tcPr>
          <w:p>
            <w:r>
              <w:t>Status</w:t>
            </w:r>
          </w:p>
        </w:tc>
        <w:tc>
          <w:tcPr>
            <w:tcW w:type="dxa" w:w="2592"/>
          </w:tcPr>
          <w:p>
            <w:r>
              <w:t>On Track</w:t>
            </w:r>
          </w:p>
        </w:tc>
      </w:tr>
      <w:tr>
        <w:tc>
          <w:tcPr>
            <w:tcW w:type="dxa" w:w="2592"/>
            <w:shd w:fill="EAF2FF"/>
          </w:tcPr>
          <w:p>
            <w:r>
              <w:t>Project Manager</w:t>
            </w:r>
          </w:p>
        </w:tc>
        <w:tc>
          <w:tcPr>
            <w:tcW w:type="dxa" w:w="2592"/>
          </w:tcPr>
          <w:p>
            <w:r>
              <w:t>Name</w:t>
            </w:r>
          </w:p>
        </w:tc>
        <w:tc>
          <w:tcPr>
            <w:tcW w:type="dxa" w:w="2592"/>
            <w:shd w:fill="EAF2FF"/>
          </w:tcPr>
          <w:p>
            <w:r>
              <w:t>Reporting Date</w:t>
            </w:r>
          </w:p>
        </w:tc>
        <w:tc>
          <w:tcPr>
            <w:tcW w:type="dxa" w:w="2592"/>
          </w:tcPr>
          <w:p>
            <w:r>
              <w:t>________</w:t>
            </w:r>
          </w:p>
        </w:tc>
      </w:tr>
      <w:tr>
        <w:tc>
          <w:tcPr>
            <w:tcW w:type="dxa" w:w="2592"/>
            <w:shd w:fill="EAF2FF"/>
          </w:tcPr>
          <w:p>
            <w:r>
              <w:t>Start Date</w:t>
            </w:r>
          </w:p>
        </w:tc>
        <w:tc>
          <w:tcPr>
            <w:tcW w:type="dxa" w:w="2592"/>
          </w:tcPr>
          <w:p>
            <w:r>
              <w:t>________</w:t>
            </w:r>
          </w:p>
        </w:tc>
        <w:tc>
          <w:tcPr>
            <w:tcW w:type="dxa" w:w="2592"/>
            <w:shd w:fill="EAF2FF"/>
          </w:tcPr>
          <w:p>
            <w:r>
              <w:t>Target Date</w:t>
            </w:r>
          </w:p>
        </w:tc>
        <w:tc>
          <w:tcPr>
            <w:tcW w:type="dxa" w:w="2592"/>
          </w:tcPr>
          <w:p>
            <w:r>
              <w:t>________</w:t>
            </w:r>
          </w:p>
        </w:tc>
      </w:tr>
      <w:tr>
        <w:tc>
          <w:tcPr>
            <w:tcW w:type="dxa" w:w="2592"/>
            <w:shd w:fill="EAF2FF"/>
          </w:tcPr>
          <w:p>
            <w:r>
              <w:t>Overall Progress</w:t>
            </w:r>
          </w:p>
        </w:tc>
        <w:tc>
          <w:tcPr>
            <w:tcW w:type="dxa" w:w="2592"/>
          </w:tcPr>
          <w:p>
            <w:r>
              <w:t>0%</w:t>
            </w:r>
          </w:p>
        </w:tc>
        <w:tc>
          <w:tcPr>
            <w:tcW w:type="dxa" w:w="2592"/>
            <w:shd w:fill="EAF2FF"/>
          </w:tcPr>
          <w:p>
            <w:r>
              <w:t>Budget Status</w:t>
            </w:r>
          </w:p>
        </w:tc>
        <w:tc>
          <w:tcPr>
            <w:tcW w:type="dxa" w:w="2592"/>
          </w:tcPr>
          <w:p>
            <w:r>
              <w:t>On Budget</w:t>
            </w:r>
          </w:p>
        </w:tc>
      </w:tr>
    </w:tbl>
    <w:p>
      <w:r>
        <w:rPr>
          <w:b/>
          <w:color w:val="0647B8"/>
        </w:rPr>
        <w:t>Executive Summary</w:t>
      </w:r>
    </w:p>
    <w:p>
      <w:r>
        <w:t>Add concise status information here.</w:t>
        <w:br/>
        <w:br/>
      </w:r>
    </w:p>
    <w:p>
      <w:r>
        <w:rPr>
          <w:b/>
          <w:color w:val="0647B8"/>
        </w:rPr>
        <w:t>Completed This Period</w:t>
      </w:r>
    </w:p>
    <w:p>
      <w:r>
        <w:t>Add concise status information here.</w:t>
        <w:br/>
        <w:br/>
      </w:r>
    </w:p>
    <w:p>
      <w:r>
        <w:rPr>
          <w:b/>
          <w:color w:val="0647B8"/>
        </w:rPr>
        <w:t>Planned Next Period</w:t>
      </w:r>
    </w:p>
    <w:p>
      <w:r>
        <w:t>Add concise status information here.</w:t>
        <w:br/>
        <w:br/>
      </w:r>
    </w:p>
    <w:p>
      <w:r>
        <w:rPr>
          <w:b/>
          <w:color w:val="0647B8"/>
        </w:rPr>
        <w:t>Risks and Issues</w:t>
      </w:r>
    </w:p>
    <w:p>
      <w:r>
        <w:t>Add concise status information here.</w:t>
        <w:br/>
        <w:br/>
      </w:r>
    </w:p>
    <w:p>
      <w:r>
        <w:rPr>
          <w:b/>
          <w:color w:val="0647B8"/>
        </w:rPr>
        <w:t>Decisions Needed</w:t>
      </w:r>
    </w:p>
    <w:p>
      <w:r>
        <w:t>Add concise status information here.</w:t>
        <w:br/>
        <w:br/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AblePro Templates - Project Status Report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