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647B8"/>
          <w:sz w:val="42"/>
        </w:rPr>
        <w:t>PURCHASE ORDER</w:t>
      </w:r>
    </w:p>
    <w:p>
      <w:pPr>
        <w:spacing w:after="240"/>
        <w:jc w:val="center"/>
      </w:pPr>
      <w:r>
        <w:rPr>
          <w:color w:val="52617A"/>
        </w:rPr>
        <w:t>Vendor order and purchasing record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2FF"/>
          </w:tcPr>
          <w:p>
            <w:r>
              <w:rPr>
                <w:b/>
                <w:color w:val="0647B8"/>
              </w:rPr>
              <w:t>PO Number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AF2FF"/>
          </w:tcPr>
          <w:p>
            <w:r>
              <w:rPr>
                <w:b/>
                <w:color w:val="0647B8"/>
              </w:rPr>
              <w:t>Order Date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AF2FF"/>
          </w:tcPr>
          <w:p>
            <w:r>
              <w:rPr>
                <w:b/>
                <w:color w:val="0647B8"/>
              </w:rPr>
              <w:t>Vendor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AF2FF"/>
          </w:tcPr>
          <w:p>
            <w:r>
              <w:rPr>
                <w:b/>
                <w:color w:val="0647B8"/>
              </w:rPr>
              <w:t>Requested By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AF2FF"/>
          </w:tcPr>
          <w:p>
            <w:r>
              <w:rPr>
                <w:b/>
                <w:color w:val="0647B8"/>
              </w:rPr>
              <w:t>Vendor Address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AF2FF"/>
          </w:tcPr>
          <w:p>
            <w:r>
              <w:rPr>
                <w:b/>
                <w:color w:val="0647B8"/>
              </w:rPr>
              <w:t>Ship To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AF2FF"/>
          </w:tcPr>
          <w:p>
            <w:r>
              <w:rPr>
                <w:b/>
                <w:color w:val="0647B8"/>
              </w:rPr>
              <w:t>Terms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AF2FF"/>
          </w:tcPr>
          <w:p>
            <w:r>
              <w:rPr>
                <w:b/>
                <w:color w:val="0647B8"/>
              </w:rPr>
              <w:t>Required Date</w:t>
            </w:r>
          </w:p>
        </w:tc>
        <w:tc>
          <w:tcPr>
            <w:tcW w:type="dxa" w:w="2592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0647B8"/>
          </w:tcPr>
          <w:p>
            <w:r>
              <w:rPr>
                <w:b/>
                <w:color w:val="FFFFFF"/>
                <w:sz w:val="16"/>
              </w:rPr>
              <w:t>ITEM / DESCRIPTION</w:t>
            </w:r>
          </w:p>
        </w:tc>
        <w:tc>
          <w:tcPr>
            <w:tcW w:type="dxa" w:w="1728"/>
            <w:shd w:fill="0647B8"/>
          </w:tcPr>
          <w:p>
            <w:r>
              <w:rPr>
                <w:b/>
                <w:color w:val="FFFFFF"/>
                <w:sz w:val="16"/>
              </w:rPr>
              <w:t>QTY</w:t>
            </w:r>
          </w:p>
        </w:tc>
        <w:tc>
          <w:tcPr>
            <w:tcW w:type="dxa" w:w="1728"/>
            <w:shd w:fill="0647B8"/>
          </w:tcPr>
          <w:p>
            <w:r>
              <w:rPr>
                <w:b/>
                <w:color w:val="FFFFFF"/>
                <w:sz w:val="16"/>
              </w:rPr>
              <w:t>UNIT</w:t>
            </w:r>
          </w:p>
        </w:tc>
        <w:tc>
          <w:tcPr>
            <w:tcW w:type="dxa" w:w="1728"/>
            <w:shd w:fill="0647B8"/>
          </w:tcPr>
          <w:p>
            <w:r>
              <w:rPr>
                <w:b/>
                <w:color w:val="FFFFFF"/>
                <w:sz w:val="16"/>
              </w:rPr>
              <w:t>UNIT PRICE</w:t>
            </w:r>
          </w:p>
        </w:tc>
        <w:tc>
          <w:tcPr>
            <w:tcW w:type="dxa" w:w="1728"/>
            <w:shd w:fill="0647B8"/>
          </w:tcPr>
          <w:p>
            <w:r>
              <w:rPr>
                <w:b/>
                <w:color w:val="FFFFFF"/>
                <w:sz w:val="16"/>
              </w:rPr>
              <w:t>TAX</w:t>
            </w:r>
          </w:p>
        </w:tc>
        <w:tc>
          <w:tcPr>
            <w:tcW w:type="dxa" w:w="1728"/>
            <w:shd w:fill="0647B8"/>
          </w:tcPr>
          <w:p>
            <w:r>
              <w:rPr>
                <w:b/>
                <w:color w:val="FFFFFF"/>
                <w:sz w:val="16"/>
              </w:rPr>
              <w:t>TOTAL</w:t>
            </w:r>
          </w:p>
        </w:tc>
      </w:tr>
      <w:tr>
        <w:tc>
          <w:tcPr>
            <w:tcW w:type="dxa" w:w="1728"/>
          </w:tcPr>
          <w:p>
            <w:r>
              <w:t>Product or service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</w:tr>
      <w:tr>
        <w:tc>
          <w:tcPr>
            <w:tcW w:type="dxa" w:w="1728"/>
          </w:tcPr>
          <w:p>
            <w:r>
              <w:t>Product or service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</w:tr>
      <w:tr>
        <w:tc>
          <w:tcPr>
            <w:tcW w:type="dxa" w:w="1728"/>
          </w:tcPr>
          <w:p>
            <w:r>
              <w:t>Product or service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</w:tr>
      <w:tr>
        <w:tc>
          <w:tcPr>
            <w:tcW w:type="dxa" w:w="1728"/>
          </w:tcPr>
          <w:p>
            <w:r>
              <w:t>Product or service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</w:tr>
      <w:tr>
        <w:tc>
          <w:tcPr>
            <w:tcW w:type="dxa" w:w="1728"/>
          </w:tcPr>
          <w:p>
            <w:r>
              <w:t>Product or service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</w:tr>
      <w:tr>
        <w:tc>
          <w:tcPr>
            <w:tcW w:type="dxa" w:w="1728"/>
          </w:tcPr>
          <w:p>
            <w:r>
              <w:t>Product or service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</w:tr>
      <w:tr>
        <w:tc>
          <w:tcPr>
            <w:tcW w:type="dxa" w:w="1728"/>
          </w:tcPr>
          <w:p>
            <w:r>
              <w:t>Product or service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</w:tr>
      <w:tr>
        <w:tc>
          <w:tcPr>
            <w:tcW w:type="dxa" w:w="1728"/>
          </w:tcPr>
          <w:p>
            <w:r>
              <w:t>Product or service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$0.00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Subtotal</w:t>
            </w:r>
          </w:p>
        </w:tc>
        <w:tc>
          <w:tcPr>
            <w:tcW w:type="dxa" w:w="5184"/>
          </w:tcPr>
          <w:p>
            <w:r>
              <w:t>$0.00</w:t>
            </w:r>
          </w:p>
        </w:tc>
      </w:tr>
      <w:tr>
        <w:tc>
          <w:tcPr>
            <w:tcW w:type="dxa" w:w="5184"/>
          </w:tcPr>
          <w:p>
            <w:r>
              <w:t>Tax</w:t>
            </w:r>
          </w:p>
        </w:tc>
        <w:tc>
          <w:tcPr>
            <w:tcW w:type="dxa" w:w="5184"/>
          </w:tcPr>
          <w:p>
            <w:r>
              <w:t>$0.00</w:t>
            </w:r>
          </w:p>
        </w:tc>
      </w:tr>
      <w:tr>
        <w:tc>
          <w:tcPr>
            <w:tcW w:type="dxa" w:w="5184"/>
          </w:tcPr>
          <w:p>
            <w:r>
              <w:t>Shipping</w:t>
            </w:r>
          </w:p>
        </w:tc>
        <w:tc>
          <w:tcPr>
            <w:tcW w:type="dxa" w:w="5184"/>
          </w:tcPr>
          <w:p>
            <w:r>
              <w:t>$0.00</w:t>
            </w:r>
          </w:p>
        </w:tc>
      </w:tr>
      <w:tr>
        <w:tc>
          <w:tcPr>
            <w:tcW w:type="dxa" w:w="5184"/>
            <w:shd w:fill="0647B8"/>
          </w:tcPr>
          <w:p>
            <w:r>
              <w:rPr>
                <w:b/>
                <w:color w:val="FFFFFF"/>
              </w:rPr>
              <w:t>TOTAL</w:t>
            </w:r>
          </w:p>
        </w:tc>
        <w:tc>
          <w:tcPr>
            <w:tcW w:type="dxa" w:w="5184"/>
            <w:shd w:fill="0647B8"/>
          </w:tcPr>
          <w:p>
            <w:r>
              <w:rPr>
                <w:b/>
                <w:color w:val="FFFFFF"/>
              </w:rPr>
              <w:t>$0.00</w:t>
            </w:r>
          </w:p>
        </w:tc>
      </w:tr>
    </w:tbl>
    <w:p>
      <w:pPr>
        <w:pStyle w:val="Heading2"/>
      </w:pPr>
      <w:r>
        <w:t>Approval and Notes</w:t>
      </w:r>
    </w:p>
    <w:p>
      <w:r>
        <w:t>Approved by: __________________________  Date: __________</w:t>
        <w:br/>
        <w:t>Notes:</w:t>
        <w:br/>
        <w:br/>
      </w:r>
    </w:p>
    <w:sectPr w:rsidR="00FC693F" w:rsidRPr="0006063C" w:rsidSect="00034616">
      <w:footerReference w:type="default" r:id="rId9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AblePro Templates - Purchase Order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