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color w:val="0647B8"/>
          <w:sz w:val="42"/>
        </w:rPr>
        <w:t>RESIGNATION LETTER</w:t>
      </w:r>
    </w:p>
    <w:p>
      <w:pPr>
        <w:spacing w:after="240"/>
        <w:jc w:val="center"/>
      </w:pPr>
      <w:r>
        <w:rPr>
          <w:color w:val="52617A"/>
        </w:rPr>
        <w:t>Professional notice of resignation</w:t>
      </w:r>
    </w:p>
    <w:p>
      <w:r>
        <w:t>YOUR NAME</w:t>
      </w:r>
    </w:p>
    <w:p>
      <w:r>
        <w:t>Address | City, State ZIP | Phone | Email</w:t>
      </w:r>
    </w:p>
    <w:p>
      <w:r>
        <w:t>Date</w:t>
      </w:r>
    </w:p>
    <w:p>
      <w:r>
        <w:t>Manager Name</w:t>
        <w:br/>
        <w:t>Company Name</w:t>
        <w:br/>
        <w:t>Company Address</w:t>
        <w:br/>
        <w:t>City, State ZIP</w:t>
      </w:r>
    </w:p>
    <w:p>
      <w:r>
        <w:t>Dear [Manager Name]:</w:t>
      </w:r>
    </w:p>
    <w:p>
      <w:r>
        <w:t>Please accept this letter as formal notice of my resignation from my position as [Job Title] with [Company Name]. My final working day will be [Date].</w:t>
      </w:r>
    </w:p>
    <w:p>
      <w:r>
        <w:t>I appreciate the opportunities and experience I have received during my time with the company. I will make reasonable efforts to support a smooth transition of my responsibilities.</w:t>
      </w:r>
    </w:p>
    <w:p>
      <w:r>
        <w:t>Thank you for your guidance and support. I wish the company and team continued success.</w:t>
      </w:r>
    </w:p>
    <w:p>
      <w:r>
        <w:t>Sincerely,</w:t>
        <w:br/>
        <w:br/>
        <w:t>YOUR NAME</w:t>
      </w:r>
    </w:p>
    <w:sectPr w:rsidR="00FC693F" w:rsidRPr="0006063C" w:rsidSect="00034616">
      <w:footerReference w:type="default" r:id="rId9"/>
      <w:pgSz w:w="12240" w:h="15840"/>
      <w:pgMar w:top="720" w:right="936" w:bottom="72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5"/>
      </w:rPr>
      <w:t>AblePro Templates - Resignation Letter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