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647B8"/>
          <w:sz w:val="44"/>
        </w:rPr>
        <w:t>SERVICE ESTIMATE</w:t>
      </w:r>
    </w:p>
    <w:p>
      <w:pPr>
        <w:jc w:val="center"/>
      </w:pPr>
      <w:r>
        <w:rPr>
          <w:i/>
        </w:rPr>
        <w:t>Editable AblePro Template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2FF"/>
          </w:tcPr>
          <w:p>
            <w:r>
              <w:rPr>
                <w:b/>
              </w:rPr>
              <w:t>PREPARED FOR</w:t>
            </w:r>
          </w:p>
        </w:tc>
        <w:tc>
          <w:tcPr>
            <w:tcW w:type="dxa" w:w="5184"/>
            <w:shd w:fill="EAF2FF"/>
          </w:tcPr>
          <w:p>
            <w:r>
              <w:rPr>
                <w:b/>
              </w:rPr>
              <w:t>ESTIMATE DETAILS</w:t>
            </w:r>
          </w:p>
        </w:tc>
      </w:tr>
      <w:tr>
        <w:tc>
          <w:tcPr>
            <w:tcW w:type="dxa" w:w="5184"/>
          </w:tcPr>
          <w:p>
            <w:r>
              <w:t>Client Name</w:t>
              <w:br/>
              <w:t>Address</w:t>
              <w:br/>
              <w:t>Phone / Email</w:t>
            </w:r>
          </w:p>
        </w:tc>
        <w:tc>
          <w:tcPr>
            <w:tcW w:type="dxa" w:w="5184"/>
          </w:tcPr>
          <w:p>
            <w:r>
              <w:t>Estimate #: 1001</w:t>
              <w:br/>
              <w:t>Date: ________</w:t>
              <w:br/>
              <w:t>Valid Until: ________</w:t>
            </w:r>
          </w:p>
        </w:tc>
      </w:tr>
      <w:tr>
        <w:tc>
          <w:tcPr>
            <w:tcW w:type="dxa" w:w="5184"/>
          </w:tcPr>
          <w:p>
            <w:r>
              <w:t>PROJECT</w:t>
            </w:r>
          </w:p>
        </w:tc>
        <w:tc>
          <w:tcPr>
            <w:tcW w:type="dxa" w:w="5184"/>
          </w:tcPr>
          <w:p>
            <w:r>
              <w:t>Project name and service location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0647B8"/>
          </w:tcPr>
          <w:p>
            <w:r>
              <w:rPr>
                <w:b/>
                <w:color w:val="FFFFFF"/>
              </w:rPr>
              <w:t>SERVICE / ITEM</w:t>
            </w:r>
          </w:p>
        </w:tc>
        <w:tc>
          <w:tcPr>
            <w:tcW w:type="dxa" w:w="2074"/>
            <w:shd w:fill="0647B8"/>
          </w:tcPr>
          <w:p>
            <w:r>
              <w:rPr>
                <w:b/>
                <w:color w:val="FFFFFF"/>
              </w:rPr>
              <w:t>QTY</w:t>
            </w:r>
          </w:p>
        </w:tc>
        <w:tc>
          <w:tcPr>
            <w:tcW w:type="dxa" w:w="2074"/>
            <w:shd w:fill="0647B8"/>
          </w:tcPr>
          <w:p>
            <w:r>
              <w:rPr>
                <w:b/>
                <w:color w:val="FFFFFF"/>
              </w:rPr>
              <w:t>RATE</w:t>
            </w:r>
          </w:p>
        </w:tc>
        <w:tc>
          <w:tcPr>
            <w:tcW w:type="dxa" w:w="2074"/>
            <w:shd w:fill="0647B8"/>
          </w:tcPr>
          <w:p>
            <w:r>
              <w:rPr>
                <w:b/>
                <w:color w:val="FFFFFF"/>
              </w:rPr>
              <w:t>TAX</w:t>
            </w:r>
          </w:p>
        </w:tc>
        <w:tc>
          <w:tcPr>
            <w:tcW w:type="dxa" w:w="2074"/>
            <w:shd w:fill="0647B8"/>
          </w:tcPr>
          <w:p>
            <w:r>
              <w:rPr>
                <w:b/>
                <w:color w:val="FFFFFF"/>
              </w:rPr>
              <w:t>AMOUNT</w:t>
            </w:r>
          </w:p>
        </w:tc>
      </w:tr>
      <w:tr>
        <w:tc>
          <w:tcPr>
            <w:tcW w:type="dxa" w:w="2074"/>
          </w:tcPr>
          <w:p>
            <w:r>
              <w:t>Service description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  <w:tc>
          <w:tcPr>
            <w:tcW w:type="dxa" w:w="2074"/>
          </w:tcPr>
          <w:p>
            <w:r>
              <w:t>No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</w:tr>
      <w:tr>
        <w:tc>
          <w:tcPr>
            <w:tcW w:type="dxa" w:w="2074"/>
          </w:tcPr>
          <w:p>
            <w:r>
              <w:t>Service description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  <w:tc>
          <w:tcPr>
            <w:tcW w:type="dxa" w:w="2074"/>
          </w:tcPr>
          <w:p>
            <w:r>
              <w:t>No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</w:tr>
      <w:tr>
        <w:tc>
          <w:tcPr>
            <w:tcW w:type="dxa" w:w="2074"/>
          </w:tcPr>
          <w:p>
            <w:r>
              <w:t>Service description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  <w:tc>
          <w:tcPr>
            <w:tcW w:type="dxa" w:w="2074"/>
          </w:tcPr>
          <w:p>
            <w:r>
              <w:t>No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</w:tr>
      <w:tr>
        <w:tc>
          <w:tcPr>
            <w:tcW w:type="dxa" w:w="2074"/>
          </w:tcPr>
          <w:p>
            <w:r>
              <w:t>Service description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  <w:tc>
          <w:tcPr>
            <w:tcW w:type="dxa" w:w="2074"/>
          </w:tcPr>
          <w:p>
            <w:r>
              <w:t>No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</w:tr>
      <w:tr>
        <w:tc>
          <w:tcPr>
            <w:tcW w:type="dxa" w:w="2074"/>
          </w:tcPr>
          <w:p>
            <w:r>
              <w:t>Service description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  <w:tc>
          <w:tcPr>
            <w:tcW w:type="dxa" w:w="2074"/>
          </w:tcPr>
          <w:p>
            <w:r>
              <w:t>No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</w:tr>
      <w:tr>
        <w:tc>
          <w:tcPr>
            <w:tcW w:type="dxa" w:w="2074"/>
          </w:tcPr>
          <w:p>
            <w:r>
              <w:t>Service description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  <w:tc>
          <w:tcPr>
            <w:tcW w:type="dxa" w:w="2074"/>
          </w:tcPr>
          <w:p>
            <w:r>
              <w:t>No</w:t>
            </w:r>
          </w:p>
        </w:tc>
        <w:tc>
          <w:tcPr>
            <w:tcW w:type="dxa" w:w="2074"/>
          </w:tcPr>
          <w:p>
            <w:r>
              <w:t>$0.00</w:t>
            </w:r>
          </w:p>
        </w:tc>
      </w:tr>
    </w:tbl>
    <w:p>
      <w:pPr>
        <w:jc w:val="right"/>
      </w:pPr>
      <w:r>
        <w:t>Estimated subtotal: $0.00</w:t>
        <w:br/>
        <w:t>Tax: $0.00</w:t>
        <w:br/>
        <w:t>ESTIMATED TOTAL: $0.00</w:t>
      </w:r>
    </w:p>
    <w:p>
      <w:r>
        <w:rPr>
          <w:b/>
          <w:color w:val="0647B8"/>
        </w:rPr>
        <w:t>Terms and Assumptions</w:t>
      </w:r>
    </w:p>
    <w:p>
      <w:r>
        <w:t>Describe scope, exclusions, scheduling, payment terms, and estimate validity here.</w:t>
      </w:r>
    </w:p>
    <w:p>
      <w:r>
        <w:t>Client approval: __________________________    Date: __________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AblePro Templates - Service Estimate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