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color w:val="0647B8"/>
          <w:sz w:val="42"/>
        </w:rPr>
        <w:t>TECHNICAL RESUME</w:t>
      </w:r>
    </w:p>
    <w:p>
      <w:pPr>
        <w:spacing w:after="240"/>
        <w:jc w:val="center"/>
      </w:pPr>
      <w:r>
        <w:rPr>
          <w:color w:val="52617A"/>
        </w:rPr>
        <w:t>Clean resume for software, IT, engineering, and technical roles</w:t>
      </w:r>
    </w:p>
    <w:p>
      <w:pPr>
        <w:jc w:val="center"/>
      </w:pPr>
      <w:r>
        <w:rPr>
          <w:b/>
          <w:color w:val="0647B8"/>
          <w:sz w:val="44"/>
        </w:rPr>
        <w:t>YOUR NAME</w:t>
      </w:r>
    </w:p>
    <w:p>
      <w:pPr>
        <w:jc w:val="center"/>
      </w:pPr>
      <w:r>
        <w:t>City, State | Phone | Email | LinkedIn | Portfolio / GitHub</w:t>
      </w:r>
    </w:p>
    <w:p>
      <w:pPr>
        <w:pStyle w:val="Heading2"/>
      </w:pPr>
      <w:r>
        <w:t>Professional Summary</w:t>
      </w:r>
    </w:p>
    <w:p>
      <w:r>
        <w:t>Technical professional with experience in systems, software, data, infrastructure, or engineering. Add a concise summary focused on business impact.</w:t>
      </w:r>
    </w:p>
    <w:p>
      <w:pPr>
        <w:pStyle w:val="Heading2"/>
      </w:pPr>
      <w:r>
        <w:t>Technical Skills</w:t>
      </w:r>
    </w:p>
    <w:p>
      <w:r>
        <w:t>Languages: __________</w:t>
        <w:br/>
        <w:t>Frameworks / Platforms: __________</w:t>
        <w:br/>
        <w:t>Cloud / Infrastructure: __________</w:t>
        <w:br/>
        <w:t>Databases / Tools: __________</w:t>
      </w:r>
    </w:p>
    <w:p>
      <w:pPr>
        <w:pStyle w:val="Heading2"/>
      </w:pPr>
      <w:r>
        <w:t>Professional Experience</w:t>
      </w:r>
    </w:p>
    <w:p>
      <w:r>
        <w:t>JOB TITLE | COMPANY | DATES</w:t>
        <w:br/>
        <w:t>- Achievement with measurable result.</w:t>
        <w:br/>
        <w:t>- Technical responsibility and business outcome.</w:t>
        <w:br/>
        <w:t>- Improvement, automation, reliability, or delivery result.</w:t>
        <w:br/>
        <w:br/>
        <w:t>JOB TITLE | COMPANY | DATES</w:t>
        <w:br/>
        <w:t>- Achievement with measurable result.</w:t>
        <w:br/>
        <w:t>- Technical responsibility and business outcome.</w:t>
      </w:r>
    </w:p>
    <w:p>
      <w:pPr>
        <w:pStyle w:val="Heading2"/>
      </w:pPr>
      <w:r>
        <w:t>Selected Projects</w:t>
      </w:r>
    </w:p>
    <w:p>
      <w:r>
        <w:t>PROJECT NAME | TECHNOLOGIES</w:t>
        <w:br/>
        <w:t>Briefly explain the problem, your work, and the result.</w:t>
      </w:r>
    </w:p>
    <w:p>
      <w:pPr>
        <w:pStyle w:val="Heading2"/>
      </w:pPr>
      <w:r>
        <w:t>Education and Certifications</w:t>
      </w:r>
    </w:p>
    <w:p>
      <w:r>
        <w:t>Degree / Institution / Year</w:t>
        <w:br/>
        <w:t>Certification / Issuer / Year</w:t>
      </w:r>
    </w:p>
    <w:sectPr w:rsidR="00FC693F" w:rsidRPr="0006063C" w:rsidSect="00034616">
      <w:footerReference w:type="default" r:id="rId9"/>
      <w:pgSz w:w="12240" w:h="15840"/>
      <w:pgMar w:top="720" w:right="936" w:bottom="720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5"/>
      </w:rPr>
      <w:t>AblePro Templates - Technical Resume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